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2B63" w14:textId="77777777" w:rsidR="00B30C22" w:rsidRDefault="00000000">
      <w:pPr>
        <w:jc w:val="center"/>
        <w:rPr>
          <w:rFonts w:ascii="Garamond" w:hAnsi="Garamond"/>
          <w:b/>
          <w:sz w:val="28"/>
          <w:szCs w:val="28"/>
        </w:rPr>
      </w:pPr>
      <w:r w:rsidRPr="00F2340F">
        <w:rPr>
          <w:rFonts w:ascii="Garamond" w:hAnsi="Garamond"/>
          <w:b/>
          <w:sz w:val="28"/>
          <w:szCs w:val="28"/>
        </w:rPr>
        <w:t xml:space="preserve">Grille </w:t>
      </w:r>
      <w:proofErr w:type="spellStart"/>
      <w:r w:rsidRPr="00F2340F">
        <w:rPr>
          <w:rFonts w:ascii="Garamond" w:hAnsi="Garamond"/>
          <w:b/>
          <w:sz w:val="28"/>
          <w:szCs w:val="28"/>
        </w:rPr>
        <w:t>d’observation</w:t>
      </w:r>
      <w:proofErr w:type="spellEnd"/>
      <w:r w:rsidR="00F2340F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F2340F">
        <w:rPr>
          <w:rFonts w:ascii="Garamond" w:hAnsi="Garamond"/>
          <w:b/>
          <w:sz w:val="28"/>
          <w:szCs w:val="28"/>
        </w:rPr>
        <w:t>Italien</w:t>
      </w:r>
      <w:proofErr w:type="spellEnd"/>
      <w:r w:rsidR="00F2340F">
        <w:rPr>
          <w:rFonts w:ascii="Garamond" w:hAnsi="Garamond"/>
          <w:b/>
          <w:sz w:val="28"/>
          <w:szCs w:val="28"/>
        </w:rPr>
        <w:t xml:space="preserve"> LE, Ariela De Martino</w:t>
      </w:r>
    </w:p>
    <w:p w14:paraId="7DAB284A" w14:textId="77777777" w:rsidR="00F2340F" w:rsidRPr="00F2340F" w:rsidRDefault="00F2340F">
      <w:pPr>
        <w:jc w:val="center"/>
        <w:rPr>
          <w:rFonts w:ascii="Garamond" w:hAnsi="Garamond"/>
          <w:sz w:val="28"/>
          <w:szCs w:val="28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2668"/>
        <w:gridCol w:w="25"/>
        <w:gridCol w:w="3261"/>
      </w:tblGrid>
      <w:tr w:rsidR="00B30C22" w:rsidRPr="00F2340F" w14:paraId="67B41B36" w14:textId="77777777" w:rsidTr="00774B22">
        <w:trPr>
          <w:cantSplit/>
          <w:jc w:val="center"/>
        </w:trPr>
        <w:tc>
          <w:tcPr>
            <w:tcW w:w="3539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3588FC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668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D4E6D0" w14:textId="77777777" w:rsidR="00B30C22" w:rsidRPr="00F2340F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EN CLASSE</w:t>
            </w:r>
          </w:p>
        </w:tc>
        <w:tc>
          <w:tcPr>
            <w:tcW w:w="3286" w:type="dxa"/>
            <w:gridSpan w:val="2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A7AD67" w14:textId="77777777" w:rsidR="00B30C22" w:rsidRPr="00F2340F" w:rsidRDefault="0000000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HORS DE LA CLASSE</w:t>
            </w:r>
          </w:p>
        </w:tc>
      </w:tr>
      <w:tr w:rsidR="00B30C22" w:rsidRPr="00F2340F" w14:paraId="1D9792E7" w14:textId="77777777" w:rsidTr="00774B22">
        <w:trPr>
          <w:cantSplit/>
          <w:trHeight w:val="709"/>
          <w:jc w:val="center"/>
        </w:trPr>
        <w:tc>
          <w:tcPr>
            <w:tcW w:w="2122" w:type="dxa"/>
            <w:vMerge w:val="restart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4DBCF" w14:textId="169E9829" w:rsidR="00B30C22" w:rsidRPr="00F2340F" w:rsidRDefault="00774B22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INTERACTIONS</w:t>
            </w: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14AF9" w14:textId="77777777" w:rsidR="00B30C22" w:rsidRPr="00F2340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Ton</w:t>
            </w:r>
            <w:r w:rsidR="00F2340F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D603D5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8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DBFE4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30C22" w:rsidRPr="00F2340F" w14:paraId="025F4F55" w14:textId="77777777" w:rsidTr="00774B22">
        <w:trPr>
          <w:cantSplit/>
          <w:trHeight w:val="709"/>
          <w:jc w:val="center"/>
        </w:trPr>
        <w:tc>
          <w:tcPr>
            <w:tcW w:w="2122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B722C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7DC0D" w14:textId="77777777" w:rsidR="00B30C22" w:rsidRPr="00F2340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Langue</w:t>
            </w:r>
            <w:r w:rsidR="00F2340F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6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119EF0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8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B2A36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30C22" w:rsidRPr="00F2340F" w14:paraId="21799152" w14:textId="77777777" w:rsidTr="00774B22">
        <w:trPr>
          <w:cantSplit/>
          <w:trHeight w:val="709"/>
          <w:jc w:val="center"/>
        </w:trPr>
        <w:tc>
          <w:tcPr>
            <w:tcW w:w="2122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733125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113EF" w14:textId="77777777" w:rsidR="00B30C22" w:rsidRPr="00F2340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Gestes</w:t>
            </w:r>
          </w:p>
        </w:tc>
        <w:tc>
          <w:tcPr>
            <w:tcW w:w="26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6B135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8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921FC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30C22" w:rsidRPr="00F2340F" w14:paraId="0244F6FB" w14:textId="77777777" w:rsidTr="00774B22">
        <w:trPr>
          <w:cantSplit/>
          <w:trHeight w:val="709"/>
          <w:jc w:val="center"/>
        </w:trPr>
        <w:tc>
          <w:tcPr>
            <w:tcW w:w="2122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8C949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ECED5" w14:textId="77777777" w:rsidR="00B30C22" w:rsidRPr="00F2340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Attention</w:t>
            </w:r>
          </w:p>
        </w:tc>
        <w:tc>
          <w:tcPr>
            <w:tcW w:w="26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B1AF00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8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9362E1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30C22" w:rsidRPr="00F2340F" w14:paraId="2C038122" w14:textId="77777777" w:rsidTr="00774B22">
        <w:trPr>
          <w:cantSplit/>
          <w:trHeight w:val="709"/>
          <w:jc w:val="center"/>
        </w:trPr>
        <w:tc>
          <w:tcPr>
            <w:tcW w:w="2122" w:type="dxa"/>
            <w:vMerge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3B93A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5A8D6" w14:textId="77777777" w:rsidR="00B30C22" w:rsidRPr="00F2340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Interaction</w:t>
            </w:r>
          </w:p>
        </w:tc>
        <w:tc>
          <w:tcPr>
            <w:tcW w:w="26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4ADE27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8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951CA" w14:textId="77777777" w:rsidR="00B30C22" w:rsidRPr="00F2340F" w:rsidRDefault="00B30C22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B30C22" w:rsidRPr="00F2340F" w14:paraId="2BB23232" w14:textId="77777777" w:rsidTr="00774B22">
        <w:trPr>
          <w:cantSplit/>
          <w:trHeight w:val="2098"/>
          <w:jc w:val="center"/>
        </w:trPr>
        <w:tc>
          <w:tcPr>
            <w:tcW w:w="212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7DCB86" w14:textId="77777777" w:rsidR="00B30C22" w:rsidRPr="00F2340F" w:rsidRDefault="00000000">
            <w:pPr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DIDACTIQUE</w:t>
            </w:r>
          </w:p>
        </w:tc>
        <w:tc>
          <w:tcPr>
            <w:tcW w:w="7371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F582CE" w14:textId="77777777" w:rsidR="00B30C22" w:rsidRPr="00F2340F" w:rsidRDefault="00000000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Phases</w:t>
            </w:r>
          </w:p>
          <w:p w14:paraId="4EA822B4" w14:textId="77777777" w:rsidR="00B30C22" w:rsidRPr="00F2340F" w:rsidRDefault="00000000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Objectifs</w:t>
            </w:r>
          </w:p>
          <w:p w14:paraId="234835A0" w14:textId="77777777" w:rsidR="00B30C22" w:rsidRPr="00F2340F" w:rsidRDefault="00000000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Matériel</w:t>
            </w:r>
          </w:p>
          <w:p w14:paraId="243DF39F" w14:textId="77777777" w:rsidR="00B30C22" w:rsidRPr="00F2340F" w:rsidRDefault="00000000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 xml:space="preserve">• </w:t>
            </w:r>
            <w:proofErr w:type="spellStart"/>
            <w:proofErr w:type="gramStart"/>
            <w:r w:rsidRPr="00F2340F">
              <w:rPr>
                <w:rFonts w:ascii="Garamond" w:hAnsi="Garamond"/>
                <w:sz w:val="24"/>
                <w:szCs w:val="24"/>
              </w:rPr>
              <w:t>Traduction</w:t>
            </w:r>
            <w:proofErr w:type="spellEnd"/>
            <w:r w:rsidR="00F2340F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F2340F">
              <w:rPr>
                <w:rFonts w:ascii="Garamond" w:hAnsi="Garamond"/>
                <w:sz w:val="24"/>
                <w:szCs w:val="24"/>
              </w:rPr>
              <w:t>:</w:t>
            </w:r>
            <w:proofErr w:type="gramEnd"/>
            <w:r w:rsidR="00F234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2340F">
              <w:rPr>
                <w:rFonts w:ascii="Garamond" w:hAnsi="Garamond"/>
                <w:sz w:val="24"/>
                <w:szCs w:val="24"/>
              </w:rPr>
              <w:t>oui</w:t>
            </w:r>
            <w:proofErr w:type="spellEnd"/>
            <w:r w:rsidRPr="00F2340F">
              <w:rPr>
                <w:rFonts w:ascii="Garamond" w:hAnsi="Garamond"/>
                <w:sz w:val="24"/>
                <w:szCs w:val="24"/>
              </w:rPr>
              <w:t xml:space="preserve"> / non</w:t>
            </w:r>
          </w:p>
          <w:p w14:paraId="77B7F2F3" w14:textId="77777777" w:rsidR="00B30C22" w:rsidRPr="00F2340F" w:rsidRDefault="00000000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Outils</w:t>
            </w:r>
          </w:p>
          <w:p w14:paraId="66F04C76" w14:textId="77777777" w:rsidR="00B30C22" w:rsidRPr="00F2340F" w:rsidRDefault="00000000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Évaluation</w:t>
            </w:r>
          </w:p>
        </w:tc>
      </w:tr>
      <w:tr w:rsidR="00774B22" w:rsidRPr="00F2340F" w14:paraId="0EF5ADAE" w14:textId="77777777" w:rsidTr="00774B22">
        <w:trPr>
          <w:cantSplit/>
          <w:trHeight w:val="2041"/>
          <w:jc w:val="center"/>
        </w:trPr>
        <w:tc>
          <w:tcPr>
            <w:tcW w:w="2122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3C6E25" w14:textId="77777777" w:rsidR="00774B22" w:rsidRPr="00F2340F" w:rsidRDefault="00774B22">
            <w:pPr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b/>
                <w:sz w:val="24"/>
                <w:szCs w:val="24"/>
              </w:rPr>
              <w:t>ÉLÉMENTS</w:t>
            </w:r>
            <w:r w:rsidRPr="00F2340F">
              <w:rPr>
                <w:rFonts w:ascii="Garamond" w:hAnsi="Garamond"/>
                <w:b/>
                <w:sz w:val="24"/>
                <w:szCs w:val="24"/>
              </w:rPr>
              <w:br/>
              <w:t>EXTÉRIEURS</w:t>
            </w:r>
          </w:p>
        </w:tc>
        <w:tc>
          <w:tcPr>
            <w:tcW w:w="411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2CBFB5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Nombre</w:t>
            </w:r>
          </w:p>
          <w:p w14:paraId="0BC367C3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Genre</w:t>
            </w:r>
          </w:p>
          <w:p w14:paraId="6270519F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Disposition</w:t>
            </w:r>
          </w:p>
          <w:p w14:paraId="09F819EE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Luminosité</w:t>
            </w:r>
          </w:p>
        </w:tc>
        <w:tc>
          <w:tcPr>
            <w:tcW w:w="326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0778C9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Heure / moment de la journée</w:t>
            </w:r>
          </w:p>
          <w:p w14:paraId="4FB168C5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C</w:t>
            </w:r>
            <w:r>
              <w:rPr>
                <w:rFonts w:ascii="Garamond" w:hAnsi="Garamond"/>
                <w:sz w:val="24"/>
                <w:szCs w:val="24"/>
              </w:rPr>
              <w:t xml:space="preserve">ours </w:t>
            </w:r>
            <w:proofErr w:type="spellStart"/>
            <w:r w:rsidRPr="00F2340F">
              <w:rPr>
                <w:rFonts w:ascii="Garamond" w:hAnsi="Garamond"/>
                <w:sz w:val="24"/>
                <w:szCs w:val="24"/>
              </w:rPr>
              <w:t>qu’ils</w:t>
            </w:r>
            <w:proofErr w:type="spellEnd"/>
            <w:r w:rsidRPr="00F2340F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2340F">
              <w:rPr>
                <w:rFonts w:ascii="Garamond" w:hAnsi="Garamond"/>
                <w:sz w:val="24"/>
                <w:szCs w:val="24"/>
              </w:rPr>
              <w:t>ont</w:t>
            </w:r>
            <w:proofErr w:type="spellEnd"/>
            <w:r w:rsidRPr="00F2340F">
              <w:rPr>
                <w:rFonts w:ascii="Garamond" w:hAnsi="Garamond"/>
                <w:sz w:val="24"/>
                <w:szCs w:val="24"/>
              </w:rPr>
              <w:t xml:space="preserve"> avant</w:t>
            </w:r>
          </w:p>
          <w:p w14:paraId="640D3EC8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Météo</w:t>
            </w:r>
          </w:p>
          <w:p w14:paraId="6B2E6A1A" w14:textId="77777777" w:rsidR="00774B22" w:rsidRDefault="00774B22" w:rsidP="00F2340F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>• Travaux / bruit</w:t>
            </w:r>
          </w:p>
          <w:p w14:paraId="6EA9536A" w14:textId="77777777" w:rsidR="00774B22" w:rsidRPr="00F2340F" w:rsidRDefault="00774B22" w:rsidP="00F2340F">
            <w:pPr>
              <w:spacing w:after="40"/>
              <w:rPr>
                <w:rFonts w:ascii="Garamond" w:hAnsi="Garamond"/>
                <w:sz w:val="24"/>
                <w:szCs w:val="24"/>
              </w:rPr>
            </w:pPr>
            <w:r w:rsidRPr="00F2340F">
              <w:rPr>
                <w:rFonts w:ascii="Garamond" w:hAnsi="Garamond"/>
                <w:sz w:val="24"/>
                <w:szCs w:val="24"/>
              </w:rPr>
              <w:t xml:space="preserve">• </w:t>
            </w:r>
            <w:proofErr w:type="spellStart"/>
            <w:r w:rsidRPr="00F2340F">
              <w:rPr>
                <w:rFonts w:ascii="Garamond" w:hAnsi="Garamond"/>
                <w:sz w:val="24"/>
                <w:szCs w:val="24"/>
              </w:rPr>
              <w:t>Groupes</w:t>
            </w:r>
            <w:proofErr w:type="spellEnd"/>
            <w:r w:rsidRPr="00F2340F">
              <w:rPr>
                <w:rFonts w:ascii="Garamond" w:hAnsi="Garamond"/>
                <w:sz w:val="24"/>
                <w:szCs w:val="24"/>
              </w:rPr>
              <w:t xml:space="preserve"> / </w:t>
            </w:r>
            <w:proofErr w:type="spellStart"/>
            <w:r w:rsidRPr="00F2340F">
              <w:rPr>
                <w:rFonts w:ascii="Garamond" w:hAnsi="Garamond"/>
                <w:sz w:val="24"/>
                <w:szCs w:val="24"/>
              </w:rPr>
              <w:t>amitiés</w:t>
            </w:r>
            <w:proofErr w:type="spellEnd"/>
            <w:r w:rsidRPr="00F2340F">
              <w:rPr>
                <w:rFonts w:ascii="Garamond" w:hAnsi="Garamond"/>
                <w:sz w:val="24"/>
                <w:szCs w:val="24"/>
              </w:rPr>
              <w:t xml:space="preserve"> / couples</w:t>
            </w:r>
          </w:p>
          <w:p w14:paraId="70F1FFF7" w14:textId="77777777" w:rsidR="00774B22" w:rsidRPr="00F2340F" w:rsidRDefault="00774B22">
            <w:pPr>
              <w:spacing w:after="40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214A4F0" w14:textId="77777777" w:rsidR="000524B6" w:rsidRPr="00F2340F" w:rsidRDefault="000524B6">
      <w:pPr>
        <w:rPr>
          <w:rFonts w:ascii="Garamond" w:hAnsi="Garamond"/>
          <w:sz w:val="24"/>
          <w:szCs w:val="24"/>
        </w:rPr>
      </w:pPr>
    </w:p>
    <w:sectPr w:rsidR="000524B6" w:rsidRPr="00F2340F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183713">
    <w:abstractNumId w:val="8"/>
  </w:num>
  <w:num w:numId="2" w16cid:durableId="814371669">
    <w:abstractNumId w:val="6"/>
  </w:num>
  <w:num w:numId="3" w16cid:durableId="42758547">
    <w:abstractNumId w:val="5"/>
  </w:num>
  <w:num w:numId="4" w16cid:durableId="976227227">
    <w:abstractNumId w:val="4"/>
  </w:num>
  <w:num w:numId="5" w16cid:durableId="758141492">
    <w:abstractNumId w:val="7"/>
  </w:num>
  <w:num w:numId="6" w16cid:durableId="343439050">
    <w:abstractNumId w:val="3"/>
  </w:num>
  <w:num w:numId="7" w16cid:durableId="1392652957">
    <w:abstractNumId w:val="2"/>
  </w:num>
  <w:num w:numId="8" w16cid:durableId="1929072677">
    <w:abstractNumId w:val="1"/>
  </w:num>
  <w:num w:numId="9" w16cid:durableId="2057968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4B6"/>
    <w:rsid w:val="0006063C"/>
    <w:rsid w:val="0015074B"/>
    <w:rsid w:val="0029639D"/>
    <w:rsid w:val="002C29BF"/>
    <w:rsid w:val="00326F90"/>
    <w:rsid w:val="00665E08"/>
    <w:rsid w:val="00774B22"/>
    <w:rsid w:val="00AA1D8D"/>
    <w:rsid w:val="00B30C22"/>
    <w:rsid w:val="00B47730"/>
    <w:rsid w:val="00CB0664"/>
    <w:rsid w:val="00F234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D7D996"/>
  <w14:defaultImageDpi w14:val="300"/>
  <w15:docId w15:val="{8820B552-C42A-4780-AFE8-7BC9E5F4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 MARTINO Ariela</cp:lastModifiedBy>
  <cp:revision>2</cp:revision>
  <dcterms:created xsi:type="dcterms:W3CDTF">2026-09-01T16:29:00Z</dcterms:created>
  <dcterms:modified xsi:type="dcterms:W3CDTF">2026-09-01T16:29:00Z</dcterms:modified>
  <cp:category/>
</cp:coreProperties>
</file>