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5027" w14:textId="77777777" w:rsidR="00BC6428" w:rsidRDefault="001A5DCC">
      <w:pPr>
        <w:spacing w:after="120"/>
        <w:jc w:val="center"/>
      </w:pPr>
      <w:r>
        <w:rPr>
          <w:b/>
          <w:sz w:val="36"/>
        </w:rPr>
        <w:t>GRILLE D’OBSERVATION</w:t>
      </w:r>
    </w:p>
    <w:p w14:paraId="6B90DDE1" w14:textId="77777777" w:rsidR="00BC6428" w:rsidRDefault="001A5DCC">
      <w:pPr>
        <w:spacing w:after="140"/>
      </w:pPr>
      <w:r>
        <w:rPr>
          <w:b/>
        </w:rPr>
        <w:t xml:space="preserve">Date de la leçon : </w:t>
      </w:r>
      <w:r>
        <w:t>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8504"/>
      </w:tblGrid>
      <w:tr w:rsidR="00BC6428" w14:paraId="318B19B8" w14:textId="77777777">
        <w:trPr>
          <w:jc w:val="center"/>
        </w:trPr>
        <w:tc>
          <w:tcPr>
            <w:tcW w:w="10545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vAlign w:val="center"/>
          </w:tcPr>
          <w:p w14:paraId="2F9CE85E" w14:textId="77777777" w:rsidR="00BC6428" w:rsidRDefault="001A5DCC">
            <w:pPr>
              <w:spacing w:before="40" w:after="40"/>
            </w:pPr>
            <w:r>
              <w:rPr>
                <w:b/>
                <w:sz w:val="21"/>
              </w:rPr>
              <w:t>CHOIX DIDACTIQUES DE L’ENSEIGNANT</w:t>
            </w:r>
          </w:p>
        </w:tc>
      </w:tr>
      <w:tr w:rsidR="00BC6428" w14:paraId="5EBB699F" w14:textId="77777777">
        <w:trPr>
          <w:trHeight w:val="1701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666AD4" w14:textId="77777777" w:rsidR="00BC6428" w:rsidRDefault="001A5DCC">
            <w:pPr>
              <w:spacing w:after="0"/>
            </w:pPr>
            <w:r>
              <w:rPr>
                <w:sz w:val="19"/>
              </w:rPr>
              <w:t>Objectifs de</w:t>
            </w:r>
            <w:r>
              <w:rPr>
                <w:sz w:val="19"/>
              </w:rPr>
              <w:br/>
              <w:t>la leçon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1D2FB1" w14:textId="77777777" w:rsidR="00BC6428" w:rsidRDefault="00BC6428">
            <w:pPr>
              <w:spacing w:after="0"/>
            </w:pPr>
          </w:p>
        </w:tc>
      </w:tr>
      <w:tr w:rsidR="00BC6428" w14:paraId="159AD18E" w14:textId="77777777">
        <w:trPr>
          <w:trHeight w:val="1701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CFEE2C" w14:textId="77777777" w:rsidR="00BC6428" w:rsidRDefault="001A5DCC">
            <w:pPr>
              <w:spacing w:after="0"/>
            </w:pPr>
            <w:r>
              <w:rPr>
                <w:sz w:val="19"/>
              </w:rPr>
              <w:t>Outils</w:t>
            </w:r>
            <w:r>
              <w:rPr>
                <w:sz w:val="19"/>
              </w:rPr>
              <w:br/>
              <w:t>pédagogiques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F10008" w14:textId="77777777" w:rsidR="00BC6428" w:rsidRDefault="00BC6428">
            <w:pPr>
              <w:spacing w:after="0"/>
            </w:pPr>
          </w:p>
        </w:tc>
      </w:tr>
    </w:tbl>
    <w:p w14:paraId="6F65F33A" w14:textId="77777777" w:rsidR="00BC6428" w:rsidRDefault="00BC642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8504"/>
      </w:tblGrid>
      <w:tr w:rsidR="00BC6428" w14:paraId="2F89AB98" w14:textId="77777777">
        <w:trPr>
          <w:jc w:val="center"/>
        </w:trPr>
        <w:tc>
          <w:tcPr>
            <w:tcW w:w="10545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vAlign w:val="center"/>
          </w:tcPr>
          <w:p w14:paraId="3530E338" w14:textId="77777777" w:rsidR="00BC6428" w:rsidRDefault="001A5DCC">
            <w:pPr>
              <w:spacing w:before="40" w:after="40"/>
            </w:pPr>
            <w:r>
              <w:rPr>
                <w:b/>
                <w:sz w:val="21"/>
              </w:rPr>
              <w:t>INTERACTION ENSEIGNANT.E-ÉLÈVES</w:t>
            </w:r>
          </w:p>
        </w:tc>
      </w:tr>
      <w:tr w:rsidR="00BC6428" w14:paraId="3CFF6391" w14:textId="77777777">
        <w:trPr>
          <w:trHeight w:val="1814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88AE4D" w14:textId="77777777" w:rsidR="00BC6428" w:rsidRDefault="001A5DCC">
            <w:pPr>
              <w:spacing w:after="0"/>
            </w:pPr>
            <w:r>
              <w:rPr>
                <w:sz w:val="19"/>
              </w:rPr>
              <w:t>Techniques pour</w:t>
            </w:r>
            <w:r>
              <w:rPr>
                <w:sz w:val="19"/>
              </w:rPr>
              <w:br/>
              <w:t>faire participer</w:t>
            </w:r>
            <w:r>
              <w:rPr>
                <w:sz w:val="19"/>
              </w:rPr>
              <w:br/>
              <w:t>les élèves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938FC5" w14:textId="77777777" w:rsidR="00BC6428" w:rsidRDefault="00BC6428">
            <w:pPr>
              <w:spacing w:after="0"/>
            </w:pPr>
          </w:p>
        </w:tc>
      </w:tr>
      <w:tr w:rsidR="00BC6428" w14:paraId="3E86D611" w14:textId="77777777">
        <w:trPr>
          <w:trHeight w:val="1814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9B73D7" w14:textId="77777777" w:rsidR="00BC6428" w:rsidRDefault="001A5DCC">
            <w:pPr>
              <w:spacing w:after="0"/>
            </w:pPr>
            <w:r>
              <w:rPr>
                <w:sz w:val="19"/>
              </w:rPr>
              <w:t>Gestuelle de</w:t>
            </w:r>
            <w:r>
              <w:rPr>
                <w:sz w:val="19"/>
              </w:rPr>
              <w:br/>
              <w:t>l’enseignant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B7C17D" w14:textId="77777777" w:rsidR="00BC6428" w:rsidRDefault="00BC6428">
            <w:pPr>
              <w:spacing w:after="0"/>
            </w:pPr>
          </w:p>
        </w:tc>
      </w:tr>
    </w:tbl>
    <w:p w14:paraId="55CF151A" w14:textId="77777777" w:rsidR="00BC6428" w:rsidRDefault="00BC642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8504"/>
      </w:tblGrid>
      <w:tr w:rsidR="00BC6428" w14:paraId="5D4E77C5" w14:textId="77777777">
        <w:trPr>
          <w:jc w:val="center"/>
        </w:trPr>
        <w:tc>
          <w:tcPr>
            <w:tcW w:w="10545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vAlign w:val="center"/>
          </w:tcPr>
          <w:p w14:paraId="046978DD" w14:textId="77777777" w:rsidR="00BC6428" w:rsidRDefault="001A5DCC">
            <w:pPr>
              <w:spacing w:before="40" w:after="40"/>
            </w:pPr>
            <w:r>
              <w:rPr>
                <w:b/>
                <w:sz w:val="21"/>
              </w:rPr>
              <w:t>APPRENTISSAGES DES ÉLÈVES</w:t>
            </w:r>
          </w:p>
        </w:tc>
      </w:tr>
      <w:tr w:rsidR="00BC6428" w14:paraId="23CD3A54" w14:textId="77777777">
        <w:trPr>
          <w:trHeight w:val="1587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55B754" w14:textId="77777777" w:rsidR="00BC6428" w:rsidRDefault="001A5DCC">
            <w:pPr>
              <w:spacing w:after="0"/>
            </w:pPr>
            <w:r>
              <w:rPr>
                <w:sz w:val="19"/>
              </w:rPr>
              <w:t>Attitude face</w:t>
            </w:r>
            <w:r>
              <w:rPr>
                <w:sz w:val="19"/>
              </w:rPr>
              <w:br/>
              <w:t>au travail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66E789" w14:textId="77777777" w:rsidR="00BC6428" w:rsidRDefault="00BC6428">
            <w:pPr>
              <w:spacing w:after="0"/>
            </w:pPr>
          </w:p>
        </w:tc>
      </w:tr>
      <w:tr w:rsidR="00BC6428" w14:paraId="3CE1292C" w14:textId="77777777">
        <w:trPr>
          <w:trHeight w:val="1587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436DE7" w14:textId="77777777" w:rsidR="00BC6428" w:rsidRDefault="001A5DCC">
            <w:pPr>
              <w:spacing w:after="0"/>
            </w:pPr>
            <w:r>
              <w:rPr>
                <w:sz w:val="19"/>
              </w:rPr>
              <w:t>Interaction</w:t>
            </w:r>
            <w:r>
              <w:rPr>
                <w:sz w:val="19"/>
              </w:rPr>
              <w:br/>
              <w:t>entre élèves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DBF20A" w14:textId="77777777" w:rsidR="00BC6428" w:rsidRDefault="00BC6428">
            <w:pPr>
              <w:spacing w:after="0"/>
            </w:pPr>
          </w:p>
        </w:tc>
      </w:tr>
    </w:tbl>
    <w:p w14:paraId="24F55806" w14:textId="77777777" w:rsidR="00BC6428" w:rsidRDefault="00BC642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8504"/>
      </w:tblGrid>
      <w:tr w:rsidR="00BC6428" w14:paraId="46631DCB" w14:textId="77777777">
        <w:trPr>
          <w:jc w:val="center"/>
        </w:trPr>
        <w:tc>
          <w:tcPr>
            <w:tcW w:w="10545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vAlign w:val="center"/>
          </w:tcPr>
          <w:p w14:paraId="733EAC41" w14:textId="77777777" w:rsidR="00BC6428" w:rsidRDefault="001A5DCC">
            <w:pPr>
              <w:spacing w:before="40" w:after="40"/>
            </w:pPr>
            <w:r>
              <w:rPr>
                <w:b/>
                <w:sz w:val="21"/>
              </w:rPr>
              <w:t>ÉLÉMENTS EXTERNES</w:t>
            </w:r>
          </w:p>
        </w:tc>
      </w:tr>
      <w:tr w:rsidR="00BC6428" w14:paraId="4B54E2BD" w14:textId="77777777">
        <w:trPr>
          <w:trHeight w:val="1134"/>
          <w:jc w:val="center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7AC90A" w14:textId="77777777" w:rsidR="00BC6428" w:rsidRDefault="001A5DCC">
            <w:pPr>
              <w:spacing w:after="0"/>
            </w:pPr>
            <w:r>
              <w:rPr>
                <w:sz w:val="19"/>
              </w:rPr>
              <w:t>Disposition</w:t>
            </w:r>
            <w:r>
              <w:rPr>
                <w:sz w:val="19"/>
              </w:rPr>
              <w:br/>
              <w:t>de la salle :</w:t>
            </w:r>
          </w:p>
        </w:tc>
        <w:tc>
          <w:tcPr>
            <w:tcW w:w="8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7F6BBB" w14:textId="77777777" w:rsidR="00BC6428" w:rsidRDefault="00BC6428">
            <w:pPr>
              <w:spacing w:after="0"/>
            </w:pPr>
          </w:p>
        </w:tc>
      </w:tr>
    </w:tbl>
    <w:p w14:paraId="128B459A" w14:textId="77777777" w:rsidR="00BC6428" w:rsidRDefault="00BC6428">
      <w:pPr>
        <w:spacing w:after="20"/>
      </w:pPr>
    </w:p>
    <w:sectPr w:rsidR="00BC6428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9973576">
    <w:abstractNumId w:val="8"/>
  </w:num>
  <w:num w:numId="2" w16cid:durableId="1889150222">
    <w:abstractNumId w:val="6"/>
  </w:num>
  <w:num w:numId="3" w16cid:durableId="1774394880">
    <w:abstractNumId w:val="5"/>
  </w:num>
  <w:num w:numId="4" w16cid:durableId="1188368856">
    <w:abstractNumId w:val="4"/>
  </w:num>
  <w:num w:numId="5" w16cid:durableId="1040863920">
    <w:abstractNumId w:val="7"/>
  </w:num>
  <w:num w:numId="6" w16cid:durableId="120730771">
    <w:abstractNumId w:val="3"/>
  </w:num>
  <w:num w:numId="7" w16cid:durableId="1275863518">
    <w:abstractNumId w:val="2"/>
  </w:num>
  <w:num w:numId="8" w16cid:durableId="1253930883">
    <w:abstractNumId w:val="1"/>
  </w:num>
  <w:num w:numId="9" w16cid:durableId="3003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8B8"/>
    <w:rsid w:val="0015074B"/>
    <w:rsid w:val="001A5DCC"/>
    <w:rsid w:val="00271539"/>
    <w:rsid w:val="0029639D"/>
    <w:rsid w:val="00326F90"/>
    <w:rsid w:val="00AA1D8D"/>
    <w:rsid w:val="00B47730"/>
    <w:rsid w:val="00BC642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C44C6"/>
  <w14:defaultImageDpi w14:val="300"/>
  <w15:docId w15:val="{D1892D8F-DDC9-45CA-8A3B-EB6AC9C3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Noémie Engel</cp:lastModifiedBy>
  <cp:revision>2</cp:revision>
  <dcterms:created xsi:type="dcterms:W3CDTF">2026-09-02T19:03:00Z</dcterms:created>
  <dcterms:modified xsi:type="dcterms:W3CDTF">2026-09-02T19:03:00Z</dcterms:modified>
  <cp:category/>
</cp:coreProperties>
</file>